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AC" w:rsidRDefault="00190397">
      <w:pPr>
        <w:pStyle w:val="aa"/>
      </w:pPr>
      <w:r>
        <w:t>Официален формуляр за трансфер на състезател/и по подводен риболов</w:t>
      </w:r>
    </w:p>
    <w:p w:rsidR="004B18AC" w:rsidRDefault="00190397">
      <w:r>
        <w:t>Българска федерация по подводни спортове (БФПС)</w:t>
      </w:r>
    </w:p>
    <w:p w:rsidR="004B18AC" w:rsidRDefault="00190397">
      <w:r>
        <w:t>Състезателен сезон: ________ г.</w:t>
      </w:r>
    </w:p>
    <w:p w:rsidR="004B18AC" w:rsidRDefault="00190397">
      <w:r>
        <w:t xml:space="preserve">Инструкция: Този формуляр се използва за трансфер на състезател/и между клубове в рамките на трансферния </w:t>
      </w:r>
      <w:r>
        <w:t xml:space="preserve">прозорец (след последното състезание на сезона до първото състезание на следващия сезон). </w:t>
      </w:r>
    </w:p>
    <w:p w:rsidR="004B18AC" w:rsidRDefault="00190397">
      <w:pPr>
        <w:pStyle w:val="1"/>
      </w:pPr>
      <w:r>
        <w:t>1. Данни на състезателя/ите</w:t>
      </w:r>
    </w:p>
    <w:p w:rsidR="004B18AC" w:rsidRDefault="00190397">
      <w:r>
        <w:t>Три имена: _________</w:t>
      </w:r>
      <w:r>
        <w:t>____________________</w:t>
      </w:r>
      <w:bookmarkStart w:id="0" w:name="_GoBack"/>
      <w:bookmarkEnd w:id="0"/>
    </w:p>
    <w:p w:rsidR="004B18AC" w:rsidRDefault="00190397">
      <w:r>
        <w:t>ЕГН: _____________________________</w:t>
      </w:r>
    </w:p>
    <w:p w:rsidR="004B18AC" w:rsidRDefault="00190397">
      <w:r>
        <w:t>Клуб, от който трансферира: _____________________________</w:t>
      </w:r>
    </w:p>
    <w:p w:rsidR="004B18AC" w:rsidRDefault="00190397">
      <w:r>
        <w:t>Клуб, към който трансферира: _____________________________</w:t>
      </w:r>
    </w:p>
    <w:p w:rsidR="004B18AC" w:rsidRDefault="00190397">
      <w:r>
        <w:t>Дата на трансфера: _____________________________</w:t>
      </w:r>
    </w:p>
    <w:p w:rsidR="004B18AC" w:rsidRDefault="00190397">
      <w:pPr>
        <w:pStyle w:val="1"/>
      </w:pPr>
      <w:r>
        <w:t>2. Потвърждение от заминаващия клу</w:t>
      </w:r>
      <w:r>
        <w:t>б</w:t>
      </w:r>
    </w:p>
    <w:p w:rsidR="004B18AC" w:rsidRDefault="00190397">
      <w:r>
        <w:t>Подписът на клубното ръководство удостоверява освобождаването на посочения/ите състезател/и:</w:t>
      </w:r>
    </w:p>
    <w:p w:rsidR="004B18AC" w:rsidRDefault="00190397">
      <w:r>
        <w:t>Име на представител: _____________________________</w:t>
      </w:r>
    </w:p>
    <w:p w:rsidR="004B18AC" w:rsidRDefault="00190397">
      <w:r>
        <w:t>Длъжност: _____________________________</w:t>
      </w:r>
    </w:p>
    <w:p w:rsidR="004B18AC" w:rsidRDefault="00190397">
      <w:proofErr w:type="spellStart"/>
      <w:r>
        <w:t>Подпис</w:t>
      </w:r>
      <w:proofErr w:type="spellEnd"/>
      <w:r>
        <w:t xml:space="preserve">, </w:t>
      </w:r>
      <w:proofErr w:type="spellStart"/>
      <w:r>
        <w:t>печат</w:t>
      </w:r>
      <w:proofErr w:type="spellEnd"/>
      <w:r>
        <w:t>: _____________________________</w:t>
      </w:r>
    </w:p>
    <w:p w:rsidR="004B18AC" w:rsidRDefault="00190397">
      <w:r>
        <w:t>Дата: __________________</w:t>
      </w:r>
      <w:r>
        <w:t>___________</w:t>
      </w:r>
    </w:p>
    <w:p w:rsidR="004B18AC" w:rsidRDefault="00190397">
      <w:pPr>
        <w:pStyle w:val="1"/>
      </w:pPr>
      <w:r>
        <w:t>3. Заявление от приемащия клуб</w:t>
      </w:r>
    </w:p>
    <w:p w:rsidR="004B18AC" w:rsidRDefault="00190397">
      <w:r>
        <w:t>Подписът на клуба удостоверява желанието за картотекиране на посочения/ите състезател/и:</w:t>
      </w:r>
    </w:p>
    <w:p w:rsidR="004B18AC" w:rsidRDefault="00190397">
      <w:r>
        <w:t>Име на представител: _____________________________</w:t>
      </w:r>
    </w:p>
    <w:p w:rsidR="004B18AC" w:rsidRDefault="00190397">
      <w:r>
        <w:t>Длъжност: _____________________________</w:t>
      </w:r>
    </w:p>
    <w:p w:rsidR="004B18AC" w:rsidRDefault="00190397">
      <w:r>
        <w:lastRenderedPageBreak/>
        <w:t>Подпис и печат: _________________</w:t>
      </w:r>
      <w:r>
        <w:t>____________</w:t>
      </w:r>
    </w:p>
    <w:p w:rsidR="004B18AC" w:rsidRDefault="00190397">
      <w:r>
        <w:t>Дата: _____________________________</w:t>
      </w:r>
    </w:p>
    <w:p w:rsidR="004B18AC" w:rsidRDefault="00190397">
      <w:pPr>
        <w:pStyle w:val="1"/>
      </w:pPr>
      <w:r>
        <w:t>4. Съгласие на състезателя/ите</w:t>
      </w:r>
    </w:p>
    <w:p w:rsidR="004B18AC" w:rsidRDefault="00190397">
      <w:r>
        <w:t>С подписа си потвърждавам/потвърждаваме, че не съм/не сме били картотекирани към друг клуб през текущия сезон и изразявам/изразяваме съгласие за трансфер.</w:t>
      </w:r>
    </w:p>
    <w:p w:rsidR="004B18AC" w:rsidRDefault="00190397">
      <w:r>
        <w:t>Подпис на състезателя</w:t>
      </w:r>
      <w:r>
        <w:t>/ите: _____________________________</w:t>
      </w:r>
    </w:p>
    <w:p w:rsidR="004B18AC" w:rsidRDefault="00190397">
      <w:proofErr w:type="spellStart"/>
      <w:r>
        <w:t>Дата</w:t>
      </w:r>
      <w:proofErr w:type="spellEnd"/>
      <w:r>
        <w:t>: _______________</w:t>
      </w:r>
    </w:p>
    <w:sectPr w:rsidR="004B18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0397"/>
    <w:rsid w:val="0029639D"/>
    <w:rsid w:val="00326F90"/>
    <w:rsid w:val="004B18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DF249"/>
  <w14:defaultImageDpi w14:val="300"/>
  <w15:docId w15:val="{E0DF3A5B-9084-4DBF-B9D3-A265A7B6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8BAD2A-D930-4C05-B021-4ACF98E8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2025-06-09T09:49:00Z</dcterms:created>
  <dcterms:modified xsi:type="dcterms:W3CDTF">2025-06-09T09:49:00Z</dcterms:modified>
  <cp:category/>
</cp:coreProperties>
</file>